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WYWOZIE SAMOCHODU ZA GRANICĘ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nazwisko: _________________________________________________</w:t>
      </w:r>
    </w:p>
    <w:p>
      <w:r>
        <w:rPr>
          <w:b w:val="0"/>
          <w:sz w:val="20"/>
        </w:rPr>
        <w:t>Adres zamieszkania: ______________________________________________</w:t>
      </w:r>
    </w:p>
    <w:p>
      <w:r>
        <w:rPr>
          <w:b w:val="0"/>
          <w:sz w:val="20"/>
        </w:rPr>
        <w:t>Numer dowodu osobistego / paszportu: _____________________________</w:t>
      </w:r>
    </w:p>
    <w:p>
      <w:r>
        <w:rPr>
          <w:b w:val="0"/>
          <w:sz w:val="20"/>
        </w:rPr>
        <w:t>PESEL: __________________________________________________________</w:t>
      </w:r>
    </w:p>
    <w:p/>
    <w:p>
      <w:r>
        <w:rPr>
          <w:b/>
          <w:sz w:val="20"/>
        </w:rPr>
        <w:t>Oświadczam, że wywożę samochód osobowy za granicę na okres ____________________ dni.</w:t>
      </w:r>
    </w:p>
    <w:p/>
    <w:p>
      <w:r>
        <w:rPr>
          <w:b/>
          <w:sz w:val="20"/>
        </w:rPr>
        <w:t>Dane pojazdu:</w:t>
      </w:r>
    </w:p>
    <w:p>
      <w:r>
        <w:rPr>
          <w:b w:val="0"/>
          <w:sz w:val="20"/>
        </w:rPr>
        <w:t>Marka i model: _________________________________________________</w:t>
      </w:r>
    </w:p>
    <w:p>
      <w:r>
        <w:rPr>
          <w:b w:val="0"/>
          <w:sz w:val="20"/>
        </w:rPr>
        <w:t>Numer rejestracyjny: ____________________________________________</w:t>
      </w:r>
    </w:p>
    <w:p>
      <w:r>
        <w:rPr>
          <w:b w:val="0"/>
          <w:sz w:val="20"/>
        </w:rPr>
        <w:t>Numer VIN: ______________________________________________________</w:t>
      </w:r>
    </w:p>
    <w:p>
      <w:r>
        <w:rPr>
          <w:b w:val="0"/>
          <w:sz w:val="20"/>
        </w:rPr>
        <w:t>Rok produkcji: _________________________________________________</w:t>
      </w:r>
    </w:p>
    <w:p/>
    <w:p>
      <w:r>
        <w:rPr>
          <w:b w:val="0"/>
          <w:sz w:val="20"/>
        </w:rPr>
        <w:t>Kraj docelowy wywozu pojazdu: ___________________________________</w:t>
      </w:r>
    </w:p>
    <w:p/>
    <w:p>
      <w:r>
        <w:rPr>
          <w:b/>
          <w:sz w:val="20"/>
        </w:rPr>
        <w:t>Oświadczam, że pojazd jest moją własnością i nie jest obciążony prawami osób trzecich.</w:t>
      </w:r>
    </w:p>
    <w:p/>
    <w:p>
      <w:r>
        <w:rPr>
          <w:b/>
          <w:sz w:val="20"/>
        </w:rPr>
        <w:t>Oświadczam, że pojazd nie jest przedmiotem toczącego się postępowania egzekucyjnego lub zabezpieczającego.</w:t>
      </w:r>
    </w:p>
    <w:p/>
    <w:p>
      <w:r>
        <w:rPr>
          <w:b/>
          <w:sz w:val="20"/>
        </w:rPr>
        <w:t>Zobowiązuję się do powrotu pojazdem na terytorium Rzeczypospolitej Polskiej przed upływem okresu, na który oświadczenie zostało złożone.</w:t>
      </w:r>
    </w:p>
    <w:p/>
    <w:p/>
    <w:p>
      <w:r>
        <w:rPr>
          <w:b w:val="0"/>
          <w:sz w:val="20"/>
        </w:rPr>
        <w:t>Miejsce: __________________________________ Date: 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osoby składającej oświadczenie: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https://oswiadczenie-ekspert.com/oswiadczenie-o-wywozie-samochodu-za-granice-wzor/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https://oswiadczenie-ekspert.com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oswiadczenie-ekspert.com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ekspert.com/oswiadczenie-o-wywozie-samochodu-za-granice-wzor/" TargetMode="External"/><Relationship Id="rId10" Type="http://schemas.openxmlformats.org/officeDocument/2006/relationships/hyperlink" Target="https://oswiadczenie-ekspe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