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OŚWIADCZENIE O ROZDZIELNOŚCI MAJĄTKOWEJ</w:t>
      </w:r>
    </w:p>
    <w:p/>
    <w:p/>
    <w:p>
      <w:r>
        <w:rPr>
          <w:b/>
          <w:sz w:val="20"/>
        </w:rPr>
        <w:t>My, niżej podpisani:</w:t>
      </w:r>
    </w:p>
    <w:p/>
    <w:p>
      <w:r>
        <w:rPr>
          <w:b w:val="0"/>
          <w:sz w:val="20"/>
        </w:rPr>
        <w:t>1. Imię i nazwisko: ___________________________________________________________</w:t>
      </w:r>
    </w:p>
    <w:p>
      <w:r>
        <w:rPr>
          <w:b w:val="0"/>
          <w:sz w:val="20"/>
        </w:rPr>
        <w:t xml:space="preserve">   PESEL: _________________________________________________________________</w:t>
      </w:r>
    </w:p>
    <w:p>
      <w:r>
        <w:rPr>
          <w:b w:val="0"/>
          <w:sz w:val="20"/>
        </w:rPr>
        <w:t xml:space="preserve">   Adres zamieszkania: ______________________________________________________</w:t>
      </w:r>
    </w:p>
    <w:p/>
    <w:p>
      <w:r>
        <w:rPr>
          <w:b w:val="0"/>
          <w:sz w:val="20"/>
        </w:rPr>
        <w:t>2. Imię i nazwisko: ___________________________________________________________</w:t>
      </w:r>
    </w:p>
    <w:p>
      <w:r>
        <w:rPr>
          <w:b w:val="0"/>
          <w:sz w:val="20"/>
        </w:rPr>
        <w:t xml:space="preserve">   PESEL: _________________________________________________________________</w:t>
      </w:r>
    </w:p>
    <w:p>
      <w:r>
        <w:rPr>
          <w:b w:val="0"/>
          <w:sz w:val="20"/>
        </w:rPr>
        <w:t xml:space="preserve">   Adres zamieszkania: ______________________________________________________</w:t>
      </w:r>
    </w:p>
    <w:p/>
    <w:p/>
    <w:p>
      <w:r>
        <w:rPr>
          <w:b w:val="0"/>
          <w:sz w:val="20"/>
        </w:rPr>
        <w:t>Oświadczamy, że zawieramy umowę o rozdzielności majątkowej, zgodnie z przepisami Kodeksu rodzinnego i opiekuńczego (art. 47 i nast.).</w:t>
      </w:r>
    </w:p>
    <w:p/>
    <w:p>
      <w:r>
        <w:rPr>
          <w:b/>
          <w:sz w:val="20"/>
        </w:rPr>
        <w:t>§ 1</w:t>
      </w:r>
    </w:p>
    <w:p>
      <w:r>
        <w:rPr>
          <w:b w:val="0"/>
          <w:sz w:val="20"/>
        </w:rPr>
        <w:t>Ustanawiamy rozdzielność majątkową pomiędzy nami na mocy niniejszego oświadczenia, co skutkuje brakiem wspólności majątkowej od dnia podpisania niniejszego dokumentu.</w:t>
      </w:r>
    </w:p>
    <w:p/>
    <w:p>
      <w:r>
        <w:rPr>
          <w:b/>
          <w:sz w:val="20"/>
        </w:rPr>
        <w:t>§ 2</w:t>
      </w:r>
    </w:p>
    <w:p>
      <w:r>
        <w:rPr>
          <w:b w:val="0"/>
          <w:sz w:val="20"/>
        </w:rPr>
        <w:t>Każda ze stron zachowuje wyłączną własność majątku posiadanego przed zawarciem niniejszego oświadczenia oraz majątku nabytego po jego podpisaniu.</w:t>
      </w:r>
    </w:p>
    <w:p/>
    <w:p>
      <w:r>
        <w:rPr>
          <w:b/>
          <w:sz w:val="20"/>
        </w:rPr>
        <w:t>§ 3</w:t>
      </w:r>
    </w:p>
    <w:p>
      <w:r>
        <w:rPr>
          <w:b w:val="0"/>
          <w:sz w:val="20"/>
        </w:rPr>
        <w:t>Wszelkie zobowiązania zaciągnięte przez każdą ze stron po dniu zawarcia niniejszego oświadczenia obciążają wyłącznie tę stronę.</w:t>
      </w:r>
    </w:p>
    <w:p/>
    <w:p>
      <w:r>
        <w:rPr>
          <w:b/>
          <w:sz w:val="20"/>
        </w:rPr>
        <w:t>§ 4</w:t>
      </w:r>
    </w:p>
    <w:p>
      <w:r>
        <w:rPr>
          <w:b w:val="0"/>
          <w:sz w:val="20"/>
        </w:rPr>
        <w:t>Niniejsze oświadczenie sporządzono w dwóch jednobrzmiących egzemplarzach, po jednym dla każdej ze stron.</w:t>
      </w:r>
    </w:p>
    <w:p/>
    <w:p/>
    <w:p>
      <w:r>
        <w:rPr>
          <w:b w:val="0"/>
          <w:sz w:val="20"/>
        </w:rPr>
        <w:t>Miejsce, Data : 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OŚWIADCZAJĄCY 1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OŚWIADCZAJĄCY 2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 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 : 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Imię i nazwisko : 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Imię i nazwisko : 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https://oswiadczenie-ekspert.com/oswiadczenie-o-rozdzielnosci-majatkowej-wzor/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https://oswiadczenie-ekspert.com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oswiadczenie-ekspert.com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oswiadczenie-ekspert.com/oswiadczenie-o-rozdzielnosci-majatkowej-wzor/" TargetMode="External"/><Relationship Id="rId10" Type="http://schemas.openxmlformats.org/officeDocument/2006/relationships/hyperlink" Target="https://oswiadczenie-eksper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