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OŚWIADCZENIE O ODMOWIE PRZYJĘCIA NOWYCH WARUNKÓW PRACY</w:t>
      </w:r>
    </w:p>
    <w:p/>
    <w:p/>
    <w:p>
      <w:r>
        <w:rPr>
          <w:b/>
          <w:sz w:val="20"/>
        </w:rPr>
        <w:t>Dane pracownika:</w:t>
      </w:r>
    </w:p>
    <w:p>
      <w:r>
        <w:rPr>
          <w:b w:val="0"/>
          <w:sz w:val="20"/>
        </w:rPr>
        <w:t>Imię i nazwisko: __________________________________________________________</w:t>
      </w:r>
    </w:p>
    <w:p>
      <w:r>
        <w:rPr>
          <w:b w:val="0"/>
          <w:sz w:val="20"/>
        </w:rPr>
        <w:t>Stanowisko pracy: _________________________________________________________</w:t>
      </w:r>
    </w:p>
    <w:p>
      <w:r>
        <w:rPr>
          <w:b w:val="0"/>
          <w:sz w:val="20"/>
        </w:rPr>
        <w:t>Adres zamieszkania: ______________________________________________________</w:t>
      </w:r>
    </w:p>
    <w:p/>
    <w:p>
      <w:r>
        <w:rPr>
          <w:b/>
          <w:sz w:val="20"/>
        </w:rPr>
        <w:t>Dane pracodawcy:</w:t>
      </w:r>
    </w:p>
    <w:p>
      <w:r>
        <w:rPr>
          <w:b w:val="0"/>
          <w:sz w:val="20"/>
        </w:rPr>
        <w:t>Nazwa firmy: ______________________________________________________________</w:t>
      </w:r>
    </w:p>
    <w:p>
      <w:r>
        <w:rPr>
          <w:b w:val="0"/>
          <w:sz w:val="20"/>
        </w:rPr>
        <w:t>Siedziba firmy: ____________________________________________________________</w:t>
      </w:r>
    </w:p>
    <w:p/>
    <w:p>
      <w:r>
        <w:rPr>
          <w:b/>
          <w:sz w:val="20"/>
        </w:rPr>
        <w:t xml:space="preserve">Oświadczam, że odmówiłem/am przyjęcia nowych warunków pracy przedstawionych mi przez pracodawcę. </w:t>
      </w:r>
    </w:p>
    <w:p>
      <w:r>
        <w:rPr>
          <w:b w:val="0"/>
          <w:sz w:val="20"/>
        </w:rPr>
        <w:t>W związku z powyższym pozostaję przy dotychczasowych warunkach zatrudnienia.</w:t>
      </w:r>
    </w:p>
    <w:p/>
    <w:p>
      <w:r>
        <w:rPr>
          <w:b w:val="0"/>
          <w:sz w:val="20"/>
        </w:rPr>
        <w:t>Uzasadnienie odmowy (opcjonalnie):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/>
    <w:p>
      <w:r>
        <w:rPr>
          <w:b/>
          <w:sz w:val="20"/>
        </w:rPr>
        <w:t>Oświadczam, że zostałem/am poinformowany/a o konsekwencjach prawnych wynikających z odmowy przyjęcia nowych warunków pracy.</w:t>
      </w:r>
    </w:p>
    <w:p/>
    <w:p/>
    <w:p>
      <w:r>
        <w:rPr>
          <w:b w:val="0"/>
          <w:sz w:val="20"/>
        </w:rPr>
        <w:t>Miejsce: _________________________________________________________________</w:t>
      </w:r>
    </w:p>
    <w:p>
      <w:r>
        <w:rPr>
          <w:b w:val="0"/>
          <w:sz w:val="20"/>
        </w:rPr>
        <w:t>Data: 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pracownika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pracodawcy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https://oswiadczenie-ekspert.com/oswiadczenie-o-odmowie-przyjecia-nowych-warunkow-pracy-wzor/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https://oswiadczenie-ekspert.com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oswiadczenie-ekspert.com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oswiadczenie-ekspert.com/oswiadczenie-o-odmowie-przyjecia-nowych-warunkow-pracy-wzor/" TargetMode="External"/><Relationship Id="rId10" Type="http://schemas.openxmlformats.org/officeDocument/2006/relationships/hyperlink" Target="https://oswiadczenie-eksper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