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MAJĄTKOWE</w:t>
      </w:r>
    </w:p>
    <w:p/>
    <w:p/>
    <w:p>
      <w:r>
        <w:rPr>
          <w:b w:val="0"/>
          <w:sz w:val="20"/>
        </w:rPr>
        <w:t>Ja, niżej podpisany/a, działając na podstawie przepisów ustawy o służbie cywilnej składam oświadczenie majątkowe zawierające następujące informacje:</w:t>
      </w:r>
    </w:p>
    <w:p/>
    <w:p>
      <w:r>
        <w:rPr>
          <w:b/>
          <w:sz w:val="20"/>
        </w:rPr>
        <w:t>Dane osobowe:</w:t>
      </w:r>
    </w:p>
    <w:p>
      <w:r>
        <w:rPr>
          <w:b w:val="0"/>
          <w:sz w:val="20"/>
        </w:rPr>
        <w:t>Imię i nazwisko: ____________________________________________________________</w:t>
      </w:r>
    </w:p>
    <w:p>
      <w:r>
        <w:rPr>
          <w:b w:val="0"/>
          <w:sz w:val="20"/>
        </w:rPr>
        <w:t>Stanowisko w służbie cywilnej: ________________________________________________</w:t>
      </w:r>
    </w:p>
    <w:p>
      <w:r>
        <w:rPr>
          <w:b w:val="0"/>
          <w:sz w:val="20"/>
        </w:rPr>
        <w:t>Jednostka organizacyjna: 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</w:t>
      </w:r>
    </w:p>
    <w:p/>
    <w:p>
      <w:r>
        <w:rPr>
          <w:b/>
          <w:sz w:val="20"/>
        </w:rPr>
        <w:t>1. Nieruchomości będące moją własnością lub współwłasnością:</w:t>
      </w:r>
    </w:p>
    <w:p>
      <w:r>
        <w:rPr>
          <w:b w:val="0"/>
          <w:sz w:val="20"/>
        </w:rPr>
        <w:t>Lp.   Rodzaj nieruchomości (np. mieszkanie, dom, działka)   Adres/położenie   Powierzchnia   Udział (%)</w:t>
      </w:r>
    </w:p>
    <w:p>
      <w:r>
        <w:rPr>
          <w:b w:val="0"/>
          <w:sz w:val="20"/>
        </w:rPr>
        <w:t>1. __________________________________________________________________________________________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__________________________________________________________________________________________</w:t>
      </w:r>
    </w:p>
    <w:p>
      <w:r>
        <w:rPr>
          <w:b w:val="0"/>
          <w:sz w:val="20"/>
        </w:rPr>
        <w:t>4. __________________________________________________________________________________________</w:t>
      </w:r>
    </w:p>
    <w:p>
      <w:r>
        <w:rPr>
          <w:b w:val="0"/>
          <w:sz w:val="20"/>
        </w:rPr>
        <w:t>5. __________________________________________________________________________________________</w:t>
      </w:r>
    </w:p>
    <w:p/>
    <w:p>
      <w:r>
        <w:rPr>
          <w:b/>
          <w:sz w:val="20"/>
        </w:rPr>
        <w:t>2. Ruchomości o wartości przekraczającej 10 000 zł będące moją własnością lub współwłasnością:</w:t>
      </w:r>
    </w:p>
    <w:p>
      <w:r>
        <w:rPr>
          <w:b w:val="0"/>
          <w:sz w:val="20"/>
        </w:rPr>
        <w:t>Lp.   Rodzaj ruchomości (np. samochód, jacht, dzieło sztuki)   Marka/model   Rok produkcji   Wartość</w:t>
      </w:r>
    </w:p>
    <w:p>
      <w:r>
        <w:rPr>
          <w:b w:val="0"/>
          <w:sz w:val="20"/>
        </w:rPr>
        <w:t>1. __________________________________________________________________________________________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__________________________________________________________________________________________</w:t>
      </w:r>
    </w:p>
    <w:p>
      <w:r>
        <w:rPr>
          <w:b w:val="0"/>
          <w:sz w:val="20"/>
        </w:rPr>
        <w:t>4. __________________________________________________________________________________________</w:t>
      </w:r>
    </w:p>
    <w:p>
      <w:r>
        <w:rPr>
          <w:b w:val="0"/>
          <w:sz w:val="20"/>
        </w:rPr>
        <w:t>5. __________________________________________________________________________________________</w:t>
      </w:r>
    </w:p>
    <w:p/>
    <w:p>
      <w:r>
        <w:rPr>
          <w:b/>
          <w:sz w:val="20"/>
        </w:rPr>
        <w:t>3. Papiery wartościowe, udziały w spółkach oraz inne prawa majątkowe:</w:t>
      </w:r>
    </w:p>
    <w:p>
      <w:r>
        <w:rPr>
          <w:b w:val="0"/>
          <w:sz w:val="20"/>
        </w:rPr>
        <w:t>Lp.   Rodzaj papierów wartościowych/udziałów   Nazwa spółki/instytucji   Ilość/udział   Wartość</w:t>
      </w:r>
    </w:p>
    <w:p>
      <w:r>
        <w:rPr>
          <w:b w:val="0"/>
          <w:sz w:val="20"/>
        </w:rPr>
        <w:t>1. __________________________________________________________________________________________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__________________________________________________________________________________________</w:t>
      </w:r>
    </w:p>
    <w:p>
      <w:r>
        <w:rPr>
          <w:b w:val="0"/>
          <w:sz w:val="20"/>
        </w:rPr>
        <w:t>4. __________________________________________________________________________________________</w:t>
      </w:r>
    </w:p>
    <w:p>
      <w:r>
        <w:rPr>
          <w:b w:val="0"/>
          <w:sz w:val="20"/>
        </w:rPr>
        <w:t>5. __________________________________________________________________________________________</w:t>
      </w:r>
    </w:p>
    <w:p/>
    <w:p>
      <w:r>
        <w:rPr>
          <w:b/>
          <w:sz w:val="20"/>
        </w:rPr>
        <w:t>4. Zobowiązania finansowe (kredyty, pożyczki, inne zobowiązania) przekraczające 10 000 zł:</w:t>
      </w:r>
    </w:p>
    <w:p>
      <w:r>
        <w:rPr>
          <w:b w:val="0"/>
          <w:sz w:val="20"/>
        </w:rPr>
        <w:t>Lp.   Rodzaj zobowiązania   Instytucja/wierzyciel   Kwota   Termin spłaty</w:t>
      </w:r>
    </w:p>
    <w:p>
      <w:r>
        <w:rPr>
          <w:b w:val="0"/>
          <w:sz w:val="20"/>
        </w:rPr>
        <w:t>1. __________________________________________________________________________________________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__________________________________________________________________________________________</w:t>
      </w:r>
    </w:p>
    <w:p>
      <w:r>
        <w:rPr>
          <w:b w:val="0"/>
          <w:sz w:val="20"/>
        </w:rPr>
        <w:t>4. __________________________________________________________________________________________</w:t>
      </w:r>
    </w:p>
    <w:p>
      <w:r>
        <w:rPr>
          <w:b w:val="0"/>
          <w:sz w:val="20"/>
        </w:rPr>
        <w:t>5. __________________________________________________________________________________________</w:t>
      </w:r>
    </w:p>
    <w:p/>
    <w:p>
      <w:r>
        <w:rPr>
          <w:b/>
          <w:sz w:val="20"/>
        </w:rPr>
        <w:t>5. Dochody uzyskane w ostatnim roku podatkowym:</w:t>
      </w:r>
    </w:p>
    <w:p>
      <w:r>
        <w:rPr>
          <w:b w:val="0"/>
          <w:sz w:val="20"/>
        </w:rPr>
        <w:t>Źródło dochodu: ________________________________________________________________________________</w:t>
      </w:r>
    </w:p>
    <w:p>
      <w:r>
        <w:rPr>
          <w:b w:val="0"/>
          <w:sz w:val="20"/>
        </w:rPr>
        <w:t>Kwota dochodu: _______________________________________________________________</w:t>
      </w:r>
    </w:p>
    <w:p/>
    <w:p>
      <w:r>
        <w:rPr>
          <w:b/>
          <w:sz w:val="20"/>
        </w:rPr>
        <w:t>Oświadczam, że powyższe informacje są zgodne z prawdą i kompletnym opisem mojego majątku oraz zobowiązań.</w:t>
      </w:r>
    </w:p>
    <w:p/>
    <w:p/>
    <w:p>
      <w:r>
        <w:rPr>
          <w:b w:val="0"/>
          <w:sz w:val="20"/>
        </w:rPr>
        <w:t>Miejsce: ___________________________________</w:t>
      </w:r>
    </w:p>
    <w:p>
      <w:r>
        <w:rPr>
          <w:b w:val="0"/>
          <w:sz w:val="20"/>
        </w:rPr>
        <w:t>Data: 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osoby składającej oświadczenie: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https://oswiadczenie-ekspert.com/oswiadczenie-majatkowe-sluzba-cywilna-wzor/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https://oswiadczenie-ekspert.com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oswiadczenie-ekspert.com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ekspert.com/oswiadczenie-majatkowe-sluzba-cywilna-wzor/" TargetMode="External"/><Relationship Id="rId10" Type="http://schemas.openxmlformats.org/officeDocument/2006/relationships/hyperlink" Target="https://oswiadczenie-eksper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