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DO DODATKU MIESZKANIOWEGO</w:t>
      </w:r>
    </w:p>
    <w:p/>
    <w:p/>
    <w:p>
      <w:r>
        <w:rPr>
          <w:b/>
          <w:sz w:val="20"/>
        </w:rPr>
        <w:t>Oświadczam, że niżej podpisany/a:</w:t>
      </w:r>
    </w:p>
    <w:p>
      <w:r>
        <w:rPr>
          <w:b w:val="0"/>
          <w:sz w:val="20"/>
        </w:rPr>
        <w:t>Imię i nazwisko : _________________________________________________</w:t>
      </w:r>
    </w:p>
    <w:p>
      <w:r>
        <w:rPr>
          <w:b w:val="0"/>
          <w:sz w:val="20"/>
        </w:rPr>
        <w:t>PESEL : ___________________________________________________________</w:t>
      </w:r>
    </w:p>
    <w:p>
      <w:r>
        <w:rPr>
          <w:b w:val="0"/>
          <w:sz w:val="20"/>
        </w:rPr>
        <w:t>Adres zamieszkania : _______________________________________________</w:t>
      </w:r>
    </w:p>
    <w:p>
      <w:r>
        <w:rPr>
          <w:b w:val="0"/>
          <w:sz w:val="20"/>
        </w:rPr>
        <w:t>Nr dowodu osobistego : _____________________________________________</w:t>
      </w:r>
    </w:p>
    <w:p/>
    <w:p>
      <w:r>
        <w:rPr>
          <w:b/>
          <w:sz w:val="20"/>
        </w:rPr>
        <w:t>Oświadczam, że:</w:t>
      </w:r>
    </w:p>
    <w:p>
      <w:r>
        <w:rPr>
          <w:b w:val="0"/>
          <w:sz w:val="20"/>
        </w:rPr>
        <w:t>1. Mieszkam pod wskazanym powyżej adresem.</w:t>
      </w:r>
    </w:p>
    <w:p>
      <w:r>
        <w:rPr>
          <w:b w:val="0"/>
          <w:sz w:val="20"/>
        </w:rPr>
        <w:t>2. Nie posiadam tytułu prawnego do innego lokalu mieszkalnego na terenie Rzeczypospolitej Polskiej ani za granicą.</w:t>
      </w:r>
    </w:p>
    <w:p>
      <w:r>
        <w:rPr>
          <w:b w:val="0"/>
          <w:sz w:val="20"/>
        </w:rPr>
        <w:t>3. Dochód mój oraz osób wspólnie zamieszkujących i gospodarujących nie przekracza ustawowego progu uprawniającego do uzyskania dodatku mieszkaniowego.</w:t>
      </w:r>
    </w:p>
    <w:p>
      <w:r>
        <w:rPr>
          <w:b w:val="0"/>
          <w:sz w:val="20"/>
        </w:rPr>
        <w:t>4. W przypadku zmiany sytuacji majątkowej lub osobistej, która może mieć wpływ na prawo do dodatku mieszkaniowego, zobowiązuję się poinformować właściwy organ niezwłocznie.</w:t>
      </w:r>
    </w:p>
    <w:p>
      <w:r>
        <w:rPr>
          <w:b w:val="0"/>
          <w:sz w:val="20"/>
        </w:rPr>
        <w:t>5. Oświadczam, że powyższe dane są prawdziwe i zgodne z moją najlepszą wiedzą.</w:t>
      </w:r>
    </w:p>
    <w:p/>
    <w:p>
      <w:r>
        <w:rPr>
          <w:b/>
          <w:sz w:val="20"/>
        </w:rPr>
        <w:t>Świadomy/a odpowiedzialności karnej za złożenie fałszywego oświadczenia (art. 233 § 1 Kodeksu karnego),</w:t>
      </w:r>
    </w:p>
    <w:p>
      <w:r>
        <w:rPr>
          <w:b w:val="0"/>
          <w:sz w:val="20"/>
        </w:rPr>
        <w:t>podpisuję niniejsze oświadczenie jako prawdziwe i zgodne ze stanem faktycznym.</w:t>
      </w:r>
    </w:p>
    <w:p/>
    <w:p/>
    <w:p>
      <w:r>
        <w:rPr>
          <w:b w:val="0"/>
          <w:sz w:val="20"/>
        </w:rPr>
        <w:t>Miejsce, Data : 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osoby składającej oświadczenie: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https://oswiadczenie-ekspert.com/oswiadczenie-do-dodatku-mieszkaniowego/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https://oswiadczenie-ekspert.com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oswiadczenie-ekspert.com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ekspert.com/oswiadczenie-do-dodatku-mieszkaniowego/" TargetMode="External"/><Relationship Id="rId10" Type="http://schemas.openxmlformats.org/officeDocument/2006/relationships/hyperlink" Target="https://oswiadczenie-ekspe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